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6AE13" w14:textId="33037673" w:rsidR="00E839BB" w:rsidRDefault="00EB09EF">
      <w:pPr>
        <w:jc w:val="center"/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26E3EED3" wp14:editId="4CC2906F">
            <wp:simplePos x="0" y="0"/>
            <wp:positionH relativeFrom="column">
              <wp:posOffset>0</wp:posOffset>
            </wp:positionH>
            <wp:positionV relativeFrom="paragraph">
              <wp:posOffset>-381000</wp:posOffset>
            </wp:positionV>
            <wp:extent cx="2895600" cy="857250"/>
            <wp:effectExtent l="0" t="0" r="0" b="0"/>
            <wp:wrapSquare wrapText="bothSides" distT="114300" distB="114300" distL="114300" distR="114300"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</w:rPr>
        <w:t>Career Academy South Bend High School</w:t>
      </w:r>
      <w:r>
        <w:rPr>
          <w:b/>
          <w:sz w:val="32"/>
        </w:rPr>
        <w:br/>
      </w:r>
      <w:r>
        <w:rPr>
          <w:b/>
          <w:sz w:val="30"/>
        </w:rPr>
        <w:t>NOTICE OF STUDENT SUSPENSION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0"/>
        <w:gridCol w:w="5400"/>
      </w:tblGrid>
      <w:tr w:rsidR="00E839BB" w14:paraId="2D34B6C7" w14:textId="77777777">
        <w:tc>
          <w:tcPr>
            <w:tcW w:w="5400" w:type="dxa"/>
          </w:tcPr>
          <w:p w14:paraId="105F7590" w14:textId="77777777" w:rsidR="00E839BB" w:rsidRDefault="00000000">
            <w:r>
              <w:t>Date: ____________________</w:t>
            </w:r>
          </w:p>
        </w:tc>
        <w:tc>
          <w:tcPr>
            <w:tcW w:w="5400" w:type="dxa"/>
          </w:tcPr>
          <w:p w14:paraId="392DCD96" w14:textId="77777777" w:rsidR="00E839BB" w:rsidRDefault="00000000">
            <w:r>
              <w:t>Time: __________________ AM / PM</w:t>
            </w:r>
          </w:p>
        </w:tc>
      </w:tr>
      <w:tr w:rsidR="00E839BB" w14:paraId="02820487" w14:textId="77777777">
        <w:tc>
          <w:tcPr>
            <w:tcW w:w="10800" w:type="dxa"/>
            <w:gridSpan w:val="2"/>
          </w:tcPr>
          <w:p w14:paraId="5A54CE7A" w14:textId="77777777" w:rsidR="00E839BB" w:rsidRDefault="00000000">
            <w:r>
              <w:t>To: The parent or guardian of: ________________________________________________</w:t>
            </w:r>
          </w:p>
        </w:tc>
      </w:tr>
      <w:tr w:rsidR="00E839BB" w14:paraId="0291E4DD" w14:textId="77777777">
        <w:tc>
          <w:tcPr>
            <w:tcW w:w="5400" w:type="dxa"/>
          </w:tcPr>
          <w:p w14:paraId="50F4593A" w14:textId="77777777" w:rsidR="00E839BB" w:rsidRDefault="00000000">
            <w:r>
              <w:t>ID #: ____________________</w:t>
            </w:r>
          </w:p>
        </w:tc>
        <w:tc>
          <w:tcPr>
            <w:tcW w:w="5400" w:type="dxa"/>
          </w:tcPr>
          <w:p w14:paraId="490FEA07" w14:textId="77777777" w:rsidR="00E839BB" w:rsidRDefault="00E839BB"/>
        </w:tc>
      </w:tr>
    </w:tbl>
    <w:p w14:paraId="3205AF5A" w14:textId="77777777" w:rsidR="00E839BB" w:rsidRDefault="00000000">
      <w:r>
        <w:t>From: ______ Mr. Craig Fisher, Principal</w:t>
      </w:r>
    </w:p>
    <w:p w14:paraId="1F24EAF6" w14:textId="17862C3E" w:rsidR="00E839BB" w:rsidRDefault="00000000">
      <w:r>
        <w:t xml:space="preserve">       </w:t>
      </w:r>
      <w:r w:rsidR="00C03254">
        <w:t xml:space="preserve">     </w:t>
      </w:r>
      <w:r>
        <w:t>______ Jorell Turner, Dean of Students</w:t>
      </w:r>
    </w:p>
    <w:p w14:paraId="6656B2FC" w14:textId="4FEC3D81" w:rsidR="00E839BB" w:rsidRDefault="00000000">
      <w:r>
        <w:t>This notice is to inform you that ___________</w:t>
      </w:r>
      <w:r w:rsidR="00C03254">
        <w:t>______</w:t>
      </w:r>
      <w:r>
        <w:t xml:space="preserve">______________________ was suspended from Career Academy High School for __________ school day(s), beginning on </w:t>
      </w:r>
      <w:r w:rsidR="00C03254">
        <w:t xml:space="preserve">______________________ </w:t>
      </w:r>
      <w:r>
        <w:t>and returning on _</w:t>
      </w:r>
      <w:r w:rsidR="00C03254">
        <w:t>____________</w:t>
      </w:r>
      <w:r>
        <w:t>_________.</w:t>
      </w:r>
    </w:p>
    <w:p w14:paraId="271D62A9" w14:textId="77777777" w:rsidR="00E839BB" w:rsidRDefault="00000000">
      <w:r>
        <w:t>For a student with a disability that has been removed for 10 days or more, a manifest determination review will be conducted with the case conference committee.</w:t>
      </w:r>
    </w:p>
    <w:p w14:paraId="2D5EC390" w14:textId="77777777" w:rsidR="00E839BB" w:rsidRDefault="00000000">
      <w:r>
        <w:t>__________ Notice of Procedural Safeguards Provided     __________ Paperwork provided to TOR</w:t>
      </w:r>
    </w:p>
    <w:p w14:paraId="278140CF" w14:textId="77777777" w:rsidR="00E839BB" w:rsidRDefault="00000000">
      <w:r>
        <w:t xml:space="preserve">__________ A parent meeting </w:t>
      </w:r>
      <w:r w:rsidRPr="00EB09EF">
        <w:rPr>
          <w:b/>
          <w:bCs/>
        </w:rPr>
        <w:t>IS REQUIRED</w:t>
      </w:r>
      <w:r>
        <w:t xml:space="preserve"> for reinstatement.</w:t>
      </w:r>
    </w:p>
    <w:p w14:paraId="24A00258" w14:textId="77777777" w:rsidR="00E839BB" w:rsidRDefault="00000000">
      <w:r>
        <w:t xml:space="preserve">__________ A parent meeting </w:t>
      </w:r>
      <w:r w:rsidRPr="00EB09EF">
        <w:rPr>
          <w:b/>
          <w:bCs/>
        </w:rPr>
        <w:t>IS NOT REQUIRED</w:t>
      </w:r>
      <w:r>
        <w:t xml:space="preserve"> for reinstatement.</w:t>
      </w:r>
    </w:p>
    <w:p w14:paraId="2986A5D7" w14:textId="77777777" w:rsidR="00E839BB" w:rsidRDefault="00000000">
      <w:r>
        <w:t>This suspension includes all extracurricular and school-sponsored activities, including field trips and sporting events. They may not be on school grounds at any of the Career Academy Network of Public Schools for any reason.</w:t>
      </w:r>
    </w:p>
    <w:p w14:paraId="2D94E19A" w14:textId="77777777" w:rsidR="00E839BB" w:rsidRDefault="00000000">
      <w:r>
        <w:t>Prior to being suspended from school, this student was provided with an informal meeting on the alleged misconduct, which included:</w:t>
      </w:r>
    </w:p>
    <w:p w14:paraId="439FA923" w14:textId="77777777" w:rsidR="00E839BB" w:rsidRDefault="00000000">
      <w:r>
        <w:t>1. An oral statement of the charges against the student, to which the student was given a chance to respond.</w:t>
      </w:r>
    </w:p>
    <w:p w14:paraId="5F287589" w14:textId="77777777" w:rsidR="00E839BB" w:rsidRDefault="00000000">
      <w:r>
        <w:t>2. A summary of the evidence against the student, where the student listened to the charge(s).</w:t>
      </w:r>
    </w:p>
    <w:p w14:paraId="2E31F019" w14:textId="77777777" w:rsidR="00E839BB" w:rsidRDefault="00000000">
      <w:r>
        <w:t>At this meeting it was determined:</w:t>
      </w:r>
    </w:p>
    <w:p w14:paraId="4CD4B511" w14:textId="4D6B695A" w:rsidR="00E839BB" w:rsidRDefault="00000000" w:rsidP="00756449">
      <w:pPr>
        <w:tabs>
          <w:tab w:val="right" w:pos="10800"/>
        </w:tabs>
      </w:pPr>
      <w:r>
        <w:t>1. ________________________________________________________________________________</w:t>
      </w:r>
      <w:r w:rsidR="00756449">
        <w:tab/>
      </w:r>
    </w:p>
    <w:p w14:paraId="173319AE" w14:textId="77777777" w:rsidR="00E839BB" w:rsidRDefault="00000000">
      <w:r>
        <w:t>____________________________________________________________________________________</w:t>
      </w:r>
    </w:p>
    <w:p w14:paraId="1E6CED26" w14:textId="77777777" w:rsidR="00E839BB" w:rsidRDefault="00000000">
      <w:r>
        <w:t>2. ________________________________________________________________________________</w:t>
      </w:r>
    </w:p>
    <w:p w14:paraId="53D2827A" w14:textId="77777777" w:rsidR="00E839BB" w:rsidRDefault="00000000">
      <w:r>
        <w:t>____________________________________________________________________________________</w:t>
      </w:r>
    </w:p>
    <w:p w14:paraId="4C740548" w14:textId="77777777" w:rsidR="00E839BB" w:rsidRDefault="00000000">
      <w:r>
        <w:t>Administrator Signature: _________________________________________________</w:t>
      </w:r>
    </w:p>
    <w:p w14:paraId="19FB7E5D" w14:textId="77777777" w:rsidR="00E839BB" w:rsidRDefault="00000000">
      <w:r>
        <w:t xml:space="preserve">Parent notified </w:t>
      </w:r>
      <w:proofErr w:type="gramStart"/>
      <w:r>
        <w:t>via: _</w:t>
      </w:r>
      <w:proofErr w:type="gramEnd"/>
      <w:r>
        <w:t xml:space="preserve">_________    email: </w:t>
      </w:r>
      <w:proofErr w:type="gramStart"/>
      <w:r>
        <w:t xml:space="preserve">__________    phone: </w:t>
      </w:r>
      <w:proofErr w:type="gramEnd"/>
      <w:r>
        <w:t>__________</w:t>
      </w:r>
    </w:p>
    <w:sectPr w:rsidR="00E839BB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F50D9" w14:textId="77777777" w:rsidR="00AF2742" w:rsidRDefault="00AF2742" w:rsidP="00EB09EF">
      <w:pPr>
        <w:spacing w:after="0" w:line="240" w:lineRule="auto"/>
      </w:pPr>
      <w:r>
        <w:separator/>
      </w:r>
    </w:p>
  </w:endnote>
  <w:endnote w:type="continuationSeparator" w:id="0">
    <w:p w14:paraId="195C27B1" w14:textId="77777777" w:rsidR="00AF2742" w:rsidRDefault="00AF2742" w:rsidP="00EB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23C1F" w14:textId="37514986" w:rsidR="00EB09EF" w:rsidRDefault="00EB09EF">
    <w:pPr>
      <w:pStyle w:val="Footer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47E6B80" wp14:editId="5BBD735D">
          <wp:simplePos x="0" y="0"/>
          <wp:positionH relativeFrom="page">
            <wp:posOffset>0</wp:posOffset>
          </wp:positionH>
          <wp:positionV relativeFrom="paragraph">
            <wp:posOffset>-723900</wp:posOffset>
          </wp:positionV>
          <wp:extent cx="7786688" cy="1491703"/>
          <wp:effectExtent l="0" t="0" r="5080" b="0"/>
          <wp:wrapNone/>
          <wp:docPr id="18" name="image3.png" descr="A logo for a compan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.png" descr="A logo for a company"/>
                  <pic:cNvPicPr preferRelativeResize="0"/>
                </pic:nvPicPr>
                <pic:blipFill>
                  <a:blip r:embed="rId1"/>
                  <a:srcRect l="8173" t="19492" r="8173" b="16352"/>
                  <a:stretch>
                    <a:fillRect/>
                  </a:stretch>
                </pic:blipFill>
                <pic:spPr>
                  <a:xfrm>
                    <a:off x="0" y="0"/>
                    <a:ext cx="7786688" cy="14917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1E745" w14:textId="77777777" w:rsidR="00AF2742" w:rsidRDefault="00AF2742" w:rsidP="00EB09EF">
      <w:pPr>
        <w:spacing w:after="0" w:line="240" w:lineRule="auto"/>
      </w:pPr>
      <w:r>
        <w:separator/>
      </w:r>
    </w:p>
  </w:footnote>
  <w:footnote w:type="continuationSeparator" w:id="0">
    <w:p w14:paraId="29DC48F7" w14:textId="77777777" w:rsidR="00AF2742" w:rsidRDefault="00AF2742" w:rsidP="00EB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4931977">
    <w:abstractNumId w:val="8"/>
  </w:num>
  <w:num w:numId="2" w16cid:durableId="17433756">
    <w:abstractNumId w:val="6"/>
  </w:num>
  <w:num w:numId="3" w16cid:durableId="195235539">
    <w:abstractNumId w:val="5"/>
  </w:num>
  <w:num w:numId="4" w16cid:durableId="882474839">
    <w:abstractNumId w:val="4"/>
  </w:num>
  <w:num w:numId="5" w16cid:durableId="421685869">
    <w:abstractNumId w:val="7"/>
  </w:num>
  <w:num w:numId="6" w16cid:durableId="469057169">
    <w:abstractNumId w:val="3"/>
  </w:num>
  <w:num w:numId="7" w16cid:durableId="2110932023">
    <w:abstractNumId w:val="2"/>
  </w:num>
  <w:num w:numId="8" w16cid:durableId="354233823">
    <w:abstractNumId w:val="1"/>
  </w:num>
  <w:num w:numId="9" w16cid:durableId="32423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48CF"/>
    <w:rsid w:val="00326F90"/>
    <w:rsid w:val="0033036E"/>
    <w:rsid w:val="00756449"/>
    <w:rsid w:val="00963D08"/>
    <w:rsid w:val="00AA1D8D"/>
    <w:rsid w:val="00AC726F"/>
    <w:rsid w:val="00AF2742"/>
    <w:rsid w:val="00B47730"/>
    <w:rsid w:val="00C03254"/>
    <w:rsid w:val="00CA4C92"/>
    <w:rsid w:val="00CB0664"/>
    <w:rsid w:val="00E839BB"/>
    <w:rsid w:val="00EB09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9A9515"/>
  <w14:defaultImageDpi w14:val="300"/>
  <w15:docId w15:val="{1BE261CC-7B33-438F-B409-A27ADCF1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Vincent Liew</cp:lastModifiedBy>
  <cp:revision>7</cp:revision>
  <dcterms:created xsi:type="dcterms:W3CDTF">2013-12-23T23:15:00Z</dcterms:created>
  <dcterms:modified xsi:type="dcterms:W3CDTF">2026-08-06T15:02:00Z</dcterms:modified>
  <cp:category/>
</cp:coreProperties>
</file>